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Converted from PDF</w:t>
      </w:r>
    </w:p>
    <w:p>
      <w:r>
        <w:t>Dummy PDF file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